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KUPNÍ SMLOUVA NA ZBRAŇ</w:t>
        <w:br/>
      </w:r>
      <w:r>
        <w:t>uzavřená podle § 2079 a násl. zákona č. 89/2012 Sb., občanský zákoník</w:t>
      </w:r>
    </w:p>
    <w:p>
      <w:r>
        <w:t>Prodávající: [jméno a příjmení], nar. [datum narození], bydliště [adresa], číslo OP [číslo]</w:t>
        <w:br/>
      </w:r>
      <w:r>
        <w:t>Kupující: [jméno a příjmení], nar. [datum narození], bydliště [adresa], číslo OP [číslo]</w:t>
      </w:r>
    </w:p>
    <w:p>
      <w:pPr>
        <w:jc w:val="center"/>
      </w:pPr>
      <w:r>
        <w:rPr>
          <w:b/>
        </w:rPr>
        <w:t>I. Předmět koupě</w:t>
      </w:r>
    </w:p>
    <w:p>
      <w:r>
        <w:t>1. Prodávající je vlastníkem zbraně: druh [druh], výrobce [výrobce], model [model], ráže [ráže], výrobní číslo [číslo], kategorie [R3 / R4 / PO / NO] podle zákona č. 90/2024 Sb., o zbraních a střelivu (dále jen „zbraň“), včetně příslušenství: [příslušenství].</w:t>
        <w:br/>
      </w:r>
      <w:r>
        <w:t>2. Prodávající se zavazuje kupujícímu zbraň odevzdat a převést na něj vlastnické právo, kupující se zavazuje zbraň převzít a zaplatit kupní cenu.</w:t>
      </w:r>
    </w:p>
    <w:p>
      <w:pPr>
        <w:jc w:val="center"/>
      </w:pPr>
      <w:r>
        <w:rPr>
          <w:b/>
        </w:rPr>
        <w:t>II. Kupní cena</w:t>
      </w:r>
    </w:p>
    <w:p>
      <w:r>
        <w:t>Kupní cena činí [částka] Kč. Kupující ji zaplatí nejpozději při předání zbraně [v hotovosti / převodem na účet č. (číslo účtu)], přičemž při platbě převodem prodávající zbraň předá až po připsání celé částky na svůj účet. Vlastnické právo ke zbrani přechází na kupujícího okamžikem jejího převzetí.</w:t>
      </w:r>
    </w:p>
    <w:p>
      <w:pPr>
        <w:jc w:val="center"/>
      </w:pPr>
      <w:r>
        <w:rPr>
          <w:b/>
        </w:rPr>
        <w:t>III. Stav zbraně a prohlášení stran</w:t>
      </w:r>
    </w:p>
    <w:p>
      <w:r>
        <w:t>1. Prodávající prohlašuje, že je oprávněným držitelem zbraně, zbraň není zatížena právy třetích osob a podle jeho vědomí není předmětem pátrání ani trestního řízení. Prodávající upozornil kupujícího na tyto vady: [vady, nebo „žádné mu nejsou známy“].</w:t>
        <w:br/>
      </w:r>
      <w:r>
        <w:t>2. Kupující si zbraň před podpisem prohlédl a přebírá ji ve stavu, v jakém se nachází. Tím nejsou dotčena práva kupujícího z vad, které prodávající zatajil.</w:t>
        <w:br/>
      </w:r>
      <w:r>
        <w:t>3. Kupující prohlašuje, že je oprávněn zbraň nabýt, a to na základě [zbrojního oprávnění / zapsané autorizace / u kategorie NO: je zletilý, plně svéprávný a má pobyt v ČR], u zbraně kategorie R3 na základě povolení kategorie R3 č. j. [číslo jednací], a své oprávnění prodávajícímu prokázal [způsob].</w:t>
        <w:br/>
      </w:r>
      <w:r>
        <w:t>4. Prodávající prokázal kupujícímu své oprávnění ke zbrani [zbrojním listem a občanským průkazem / jinak].</w:t>
      </w:r>
    </w:p>
    <w:p>
      <w:pPr>
        <w:jc w:val="center"/>
      </w:pPr>
      <w:r>
        <w:rPr>
          <w:b/>
        </w:rPr>
        <w:t>IV. Předání a ohlášení</w:t>
      </w:r>
    </w:p>
    <w:p>
      <w:r>
        <w:t>1. Zbraň byla předána kupujícímu dne [datum] v [místo].</w:t>
        <w:br/>
      </w:r>
      <w:r>
        <w:t>2. Kupující ohlásí nabytí zbraně krajskému ředitelství policie do 10 pracovních dnů a u zbraně podléhající registraci ji předloží k prohlídce. Prodávající ohlásí převod do 10 pracovních dnů ode dne převodu (§ 70, u kategorie PO § 72 zákona č. 90/2024 Sb.).</w:t>
      </w:r>
    </w:p>
    <w:p>
      <w:pPr>
        <w:jc w:val="center"/>
      </w:pPr>
      <w:r>
        <w:rPr>
          <w:b/>
        </w:rPr>
        <w:t>V. Závěrečná ustanovení</w:t>
      </w:r>
    </w:p>
    <w:p>
      <w:r>
        <w:t>Smlouva je vyhotovena ve dvou stejnopisech, každá strana obdrží jeden. Strany prohlašují, že smlouvu uzavřely svobodně a vážně a že souhlasí s jejím obsahem.</w:t>
      </w:r>
    </w:p>
    <w:p>
      <w:r>
        <w:t>V [místo] dne [datum]</w:t>
      </w:r>
    </w:p>
    <w:p>
      <w:r>
        <w:t>..............................................      ..............................................</w:t>
        <w:br/>
      </w:r>
      <w:r>
        <w:t>prodávající                               kupující</w:t>
      </w:r>
    </w:p>
    <w:p/>
    <w:p>
      <w:r>
        <w:rPr>
          <w:i/>
          <w:sz w:val="18"/>
        </w:rPr>
        <w:t>Vzor zdarma z webu muj-pravnik.cz, aktuální podle zákona č. 90/2024 Sb. Texty v hranatých závorkách nahraďte svými údaji a nehodící se varianty smažte.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