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DAROVACÍ SMLOUVA NA ZBRAŇ</w:t>
        <w:br/>
      </w:r>
      <w:r>
        <w:t>uzavřená podle § 2055 a násl. zákona č. 89/2012 Sb., občanský zákoník</w:t>
      </w:r>
    </w:p>
    <w:p>
      <w:r>
        <w:t>Dárce: [jméno a příjmení], nar. [datum narození], bydliště [adresa], číslo OP [číslo]</w:t>
        <w:br/>
      </w:r>
      <w:r>
        <w:t>Obdarovaný: [jméno a příjmení], nar. [datum narození], bydliště [adresa], číslo OP [číslo]</w:t>
      </w:r>
    </w:p>
    <w:p>
      <w:pPr>
        <w:jc w:val="center"/>
      </w:pPr>
      <w:r>
        <w:rPr>
          <w:b/>
        </w:rPr>
        <w:t>I. Předmět daru</w:t>
      </w:r>
    </w:p>
    <w:p>
      <w:r>
        <w:t>1. Dárce je vlastníkem zbraně: druh [např. pistole], výrobce [výrobce], model [model], ráže [ráže], výrobní číslo [číslo], kategorie [R3 / R4 / PO / NO] podle zákona č. 90/2024 Sb., o zbraních a střelivu (dále jen „zbraň“).</w:t>
        <w:br/>
      </w:r>
      <w:r>
        <w:t>2. Spolu se zbraní dárce daruje toto příslušenství: [zásobníky, pouzdro, puškohled] a [počet] ks střeliva ráže [ráže].</w:t>
        <w:br/>
      </w:r>
      <w:r>
        <w:t>3. Dárce touto smlouvou bezplatně převádí vlastnické právo ke zbrani na obdarovaného a obdarovaný dar přijímá.</w:t>
      </w:r>
    </w:p>
    <w:p>
      <w:pPr>
        <w:jc w:val="center"/>
      </w:pPr>
      <w:r>
        <w:rPr>
          <w:b/>
        </w:rPr>
        <w:t>II. Prohlášení smluvních stran</w:t>
      </w:r>
    </w:p>
    <w:p>
      <w:r>
        <w:t>1. Dárce prohlašuje, že je oprávněným držitelem zbraně, zbraň je zapsána v centrálním registru zbraní na jeho osobu (u kategorie R a PO), není zatížena právy třetích osob a podle jeho vědomí není předmětem pátrání ani trestního řízení.</w:t>
        <w:br/>
      </w:r>
      <w:r>
        <w:t>2. Obdarovaný prohlašuje, že je oprávněn zbraň nabýt a nakládat s ní, a to na základě [zbrojního oprávnění / zapsané autorizace / u kategorie NO: je zletilý, plně svéprávný a má pobyt v ČR], u zbraně kategorie R3 na základě povolení kategorie R3 č. j. [číslo jednací]. Své oprávnění prokázal dárci [zbrojním listem a občanským průkazem / elektronicky / na krajském ředitelství policie].</w:t>
        <w:br/>
      </w:r>
      <w:r>
        <w:t>3. Dárce prokázal obdarovanému své oprávnění ke zbrani [zbrojním listem a občanským průkazem / jinak].</w:t>
      </w:r>
    </w:p>
    <w:p>
      <w:pPr>
        <w:jc w:val="center"/>
      </w:pPr>
      <w:r>
        <w:rPr>
          <w:b/>
        </w:rPr>
        <w:t>III. Předání zbraně</w:t>
      </w:r>
    </w:p>
    <w:p>
      <w:r>
        <w:t>Dárce předal zbraň obdarovanému při podpisu této smlouvy dne [datum] v [místo]. Obdarovaný zbraň převzal a seznámil se s jejím stavem.</w:t>
      </w:r>
    </w:p>
    <w:p>
      <w:pPr>
        <w:jc w:val="center"/>
      </w:pPr>
      <w:r>
        <w:rPr>
          <w:b/>
        </w:rPr>
        <w:t>IV. Ohlášení převodu</w:t>
      </w:r>
    </w:p>
    <w:p>
      <w:r>
        <w:t>1. Obdarovaný ohlásí nabytí zbraně krajskému ředitelství policie do 10 pracovních dnů ode dne převzetí a u zbraně podléhající registraci ji předloží k prohlídce (§ 70 odst. 1, u kategorie PO § 72 odst. 1 zákona č. 90/2024 Sb.).</w:t>
        <w:br/>
      </w:r>
      <w:r>
        <w:t>2. Dárce ohlásí převod zbraně krajskému ředitelství policie do 10 pracovních dnů ode dne převodu (§ 70 odst. 2, u kategorie PO § 72 odst. 2 zákona č. 90/2024 Sb.).</w:t>
      </w:r>
    </w:p>
    <w:p>
      <w:pPr>
        <w:jc w:val="center"/>
      </w:pPr>
      <w:r>
        <w:rPr>
          <w:b/>
        </w:rPr>
        <w:t>V. Závěrečná ustanovení</w:t>
      </w:r>
    </w:p>
    <w:p>
      <w:r>
        <w:t>Smlouva je vyhotovena ve dvou stejnopisech, každá strana obdrží jeden. Strany prohlašují, že smlouvu uzavřely svobodně a vážně a že souhlasí s jejím obsahem.</w:t>
      </w:r>
    </w:p>
    <w:p>
      <w:r>
        <w:t>V [místo] dne [datum]</w:t>
      </w:r>
    </w:p>
    <w:p>
      <w:r>
        <w:t>..............................................      ..............................................</w:t>
        <w:br/>
      </w:r>
      <w:r>
        <w:t>dárce                                        obdarovaný</w:t>
      </w:r>
    </w:p>
    <w:p/>
    <w:p>
      <w:r>
        <w:rPr>
          <w:i/>
          <w:sz w:val="18"/>
        </w:rPr>
        <w:t>Vzor zdarma z webu muj-pravnik.cz, aktuální podle zákona č. 90/2024 Sb. Texty v hranatých závorkách nahraďte svými údaji a nehodící se varianty smažte.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